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בתשבץ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ולהבין מילים הקשורות לחג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הגדרות ופירושים של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אוצר המילים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עם שמונה קנים ועוד קן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מסתובב עם האותיות נ ג ה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(מאכל מטוגן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(מאפה עגול ומתוק עם ריבה)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לביבה, סופגנייה היא מאפה מתוק עם ריבה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הנס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סופגנייה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נמצא פך שמן קטן שהספיק ליום אחד, אך הוא דלק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לביבה, סופגנייה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קנים (שמונה ועוד השמש)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לפני או אחרי מילוי התשבץ עצמו כדי לחזק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ההגדרות מהתשבץ המקורי ולבקש מהתלמידים לנחש את המילה לפני שממלאים את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בתשבץ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עשר מילות החנוכה שמופיעות בתשבץ: סביבון, לביבה, אור, מכבים, חורף, גשם, חנוכייה, נר, סופגנייה ושמן.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סביבון  ·  נר  ·  סופגנייה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מאכל מטוגן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כלי עם שמונה קנים ועוד קן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לביבה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מאפה עגול ומתוק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צעצוע מסתובב עם האותיות נ ג ה 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פירושה ההפך מחושך?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קנים יש בחנוכייה (לא כולל השמש)?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סופגנייה היא מאכל מטוגן מתפוחי 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שמן הוא הסיבה שהאור דלק שמונה ימים בנס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חורף הוא העונה הקרה בשנה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החנוכה מדליקים __________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מסתובב ועליו ארבע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אוכלים __________ מתוקה עם ריבה בפנים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קרה בנס פך השמן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הקשורות לאוכל בחג החנוכה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ההפך של המילה חושך?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חנוכה בתשבץ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